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🧒 יום זכויות הילד – כל הזכויות שלי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יום זכויות הילד – כל הזכויות שלי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יום זכויות הילד הבינלאומי ואת משמעותו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כמה מהזכויות של ילדים ולדעת לסווג אותן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לדעת למי פונים כשפוגעים בזכות של ילד או ילדה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שאלות הבנה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20 בנובמבר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ללמוד מה מגיע לכל ילד וילדה ומה האחריות שלנו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4 משפחות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ליועצת, למחנכת או למבוגר שסומכים עליו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 – כללים שהכיתה בונה יחד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א – הזכות להיות מוגן מאלימות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זהו התאריך שנקבע בעולם לציון זכויות הילד.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לצד הזכויות יש גם אחריות, כמו לכבד את הזכויות של אחרים.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לכל ילד וילדה יש זכות לפרטיות, גם ברשת.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חשוב לפנות למבוגר אמין, כמו יועצת או מחנכת.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אמנת כיתה היא כללים שהכיתה כולה בונה ביחד.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נובמבר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משפחות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מבוגר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אמנת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חינוך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התאמת זכות לדוגמה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(ללמוד בבית ספר ולהתפתח)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ה (זמן חופשי ומשחקים)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(שמירה מפני אלימות ופגיעה)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(לבטא דעה ולהישמע)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א (שמירה על מידע אישי, גם ברשת)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כתיבה אישית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אישית המציינת אחת מתוך 12 הזכויות ומסבירה בקצרה מדוע היא חשובה לכותב/ת.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חושבים ויוצרים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אישית - כלל ברור, מנוסח בחיוב, וקשור לכבוד הדדי או לזכויות שנלמדו.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20 בנובמבר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כל שתי זכויות מתוך 12, למשל חינוך, משחק, הגנה, פרטיות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יועצת, מחנכת או מבוגר אמין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לפתוח את השיעור בשיחה קצרה על מה זה 'זכות' ומה זה 'אחריות', לפני מילוי הדף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לקשר את חלק הכתיבה האישית לבניית אמנת כיתה אמיתית בהמשך השיעור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הפריטים המסומנים כקשים מתאימים יותר לתלמידים ותלמידות שכבר מכירים את 12 הזכויות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🧒 יום זכויות הילד – כל הזכויות שלי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יום זכויות הילד – כל הזכויות שלי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ב-20 בנובמבר יש יום מיוחד. ביום הזה לומדים על הזכויות של ילדים. זכות זה דבר שמגיע לכל ילד וילדה.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זכות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דבר שמגיע לכל ילד וילדה, בלי קשר למי הוא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אחריות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מה שכל אחד צריך לעשות כדי לכבד את עצמו ואת אחרים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אמנה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הסכם בינלאומי שקובע את זכויות הילדים בעולם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אמנת כיתה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כללים שהכיתה בונה יחד כדי שכולם ירגישו טוב ובטוח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פרטיות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השמירה על המידע האישי שלי, גם ברשת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שוויון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כל ילד וילדה שווים בזכויות, בלי קשר להבדלים ביניהם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הגנה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שמירה על ילדים מפני פגיעה או אלימות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יועצת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מבוגרת בבית הספר שאפשר לפנות אליה כשמשהו לא בסדר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שאלות הבנה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מתי יש יום זכויות הילד?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20 בנובמבר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1 ביוני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15 במאי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10 בדצמבר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למה יש יום כזה?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ללמוד מה מגיע לכל ילד וילדה ומה האחריות שלנו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לחגוג יום הולדת לכל התלמידים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לקבל חופש מבית הספר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למכור קלפים בכיתה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לכמה קבוצות מחולקות הזכויות?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4 משפחות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2 משפחות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10 משפחות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משפחה אחת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למי פונים כשמשהו לא בסדר?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ליועצת, למחנכת או למבוגר שסומכים עליו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רק לחברים הכי טובים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לאף אחד, צריך להישאר בשקט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רק לאח או לאחות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זה אמנת כיתה?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כללים שהכיתה בונה יחד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מבחן בכיתה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משחק קלפים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סיפור על ילד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איזו זכות קשורה להגנה על ילדים?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הזכות להיות מוגן מאלימות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הזכות לשחק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הזכות לבטא דעה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הזכות לשם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יום זכויות הילד הבינלאומי חל פעם בשנה, ב-20 בנובמבר.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לכל ילד יש רק זכויות, ואין לו שום אחריות.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הזכות לפרטיות שייכת גם לילדים, לא רק למבוגרים.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אם ילד מרגיש שפוגעים בזכות שלו, עדיף להישאר בשקט ולא לספר לאף אחד.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אמנת כיתה נבנית יחד עם כל התלמידים והתלמידות.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יום זכויות הילד הבינלאומי חל ב-20 ב__________.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הזכויות מחולקות באתר לארבע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כשמשהו לא בסדר, אפשר לפנות ליועצת, למחנכת או ל__________ שסומכים עליו.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הכללים שהכיתה בונה יחד נקראים __________ כיתה.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לכל ילד וילדה מגיעה הזכות ל__________, לבריאות ולמשפחה.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התאמת זכות לדוגמה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זכות לחינוך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שמירה על מידע אישי, גם ברשת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זכות למשחק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שמירה מפני אלימות ופגיעה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זכות להגנה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לבטא דעה ולהישמע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זכות להשמעת קול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ללמוד בבית ספר ולהתפתח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זכות לפרטיות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זמן חופשי ומשחקים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כתיבה אישית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משפט אחד על זכות שחשובה לכם במיוחד, ונמקו למה.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חושבים ויוצרים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כלל אחד שהייתם מציעים להוסיף לאמנת הכיתה שלכם, כדי שכולם ירגישו בטוחים ומכובדים.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התאריך של יום זכויות הילד הבינלאומי?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ציינו שתי זכויות של ילדים.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למי אפשר לפנות כשמרגישים שפוגעים בזכות שלכם?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יום זכויות הילד – כל הזכויות שלי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