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 – כל הזכויות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יום זכויות הילד הבינלאומי ואת 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כמה מהזכויות של ילדים ולדעת לסווג אותן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למי פונים כשפוגעים בזכות של ילד או ילדה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20 בנובמבר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ללמוד מה מגיע לכל ילד וילדה ומה האחריות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4 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ליועצת, למחנכת או למבוגר שסומכים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כללים שהכיתה בונה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הזכות להיות מוגן מאלימות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התאריך שנקבע בעולם לציון זכויות הילד.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לצד הזכויות יש גם אחריות, כמו לכבד את הזכויות של אחרים.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לכל ילד וילדה יש זכות לפרטיות, גם ברשת.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חשוב לפנות למבוגר אמין, כמו יועצת או מחנכת.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אמנת כיתה היא כללים שהכיתה כולה בונה ביחד.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אמנת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חינוך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זכות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(ללמוד בבית ספר ולהתפתח)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(זמן חופשי ומשחקים)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(שמירה מפני אלימות ופגיעה)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(לבטא דעה ולהישמע)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(שמירה על מידע אישי, גם ברשת)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המציינת אחת מתוך 12 הזכויות ומסבירה בקצרה מדוע היא חשובה לכותב/ת.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כלל ברור, מנוסח בחיוב, וקשור לכבוד הדדי או לזכויות שנלמדו.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20 בנובמבר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שתי זכויות מתוך 12, למשל חינוך, משחק, הגנה, פרטיות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יועצת, מחנכת או מבוגר אמין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קצרה על מה זה 'זכות' ומה זה 'אחריות',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חלק הכתיבה האישית לבניית אמנת כיתה אמיתית בהמשך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הפריטים המסומנים כקשים מתאימים יותר לתלמידים ותלמידות שכבר מכירים את 12 הזכויות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 – כל הזכויות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ב-20 בנובמבר מציינים בעולם את יום זכויות הילד הבינלאומי. ביום הזה לומדים מה מגיע לכל ילד וילדה, ומה האחריות שלנו כלפי עצמנו וכלפי אחרים.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תאריך חוגגים את יום זכויות הילד הבינלאומי?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 ביוני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 במאי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בדצמבר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המטרה של יום זכויות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ללמוד מה מגיע לכל ילד וילדה ומה האחריות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לחגוג יום הולדת לכל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לקבל חופש מבית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למכור קלפים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לכמה 'משפחות' מחולקות 12 הזכויות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 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משפחה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למי אפשר לפנות כשמרגישים שפוגעים בזכות שלכם?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ליועצת, למחנכת או למבוגר שסומכים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לחברים הכי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לאף אחד, צריך להישאר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לאח או לאחות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אמנת 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כללים שהכיתה בונה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מבחן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קלפים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על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מהזכויות הבאות שייכת למשפחת 'הגנה'?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להיות מוגן מאלימות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לבטא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לשם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זכויות הילד הבינלאומי חל פעם בשנה, ב-20 בנובמבר.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יש רק זכויות, ואין לו שום אחריות.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לפרטיות שייכת גם לילדים, לא רק למבוגרים.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ילד מרגיש שפוגעים בזכות שלו, עדיף להישאר בשקט ולא לספר לאף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אמנת כיתה נבנית יחד עם כל התלמידים והתלמידות.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יום זכויות הילד הבינלאומי חל ב-20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הזכויות מחולקות באתר לארבע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כשמשהו לא בסדר, אפשר לפנות ליועצת, למחנכת או ל__________ שסומכים עליו.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הכללים שהכיתה בונה יחד נקראים __________ 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לכל ילד וילדה מגיעה הזכות ל__________, לבריאות ולמשפחה.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זכות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זכות לחינוך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שמירה על מידע אישי, גם ברשת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זכות למשחק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לבטא דעה ולהישמע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זכות להגנה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זמן חופשי ומשחקים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זכות להשמעת קול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ללמוד בבית ספר ולהתפתח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זכות לפרטיות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שמירה מפני אלימות ופגיעה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על זכות שחשובה לכם במיוחד, ונמקו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כלל אחד שהייתם מציעים להוסיף לאמנת הכיתה שלכם, כדי שכולם ירגישו בטוחים ומכובדים.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התאריך של יום זכויות הילד הבינלאומי?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שתי זכויות של ילדים.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אפשר לפנות כשמרגישים שפוגעים בזכות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זכויות הילד – כל הזכויות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